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Person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Planungsjahr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Freigabe / Datum</w:t>
              <w:br/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Jahresübersicht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rHeight w:val="454" w:hRule="atLeast"/>
          <w:tblHeader w:val="true"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Monat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 / Aufgabe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Bereich</w:t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Fällig</w:t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 / Nachweis</w:t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Januar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Februar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März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April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Mai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Juni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Juli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August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September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Oktober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November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22" w:hRule="atLeast"/>
          <w:cantSplit/>
        </w:trPr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Dezember</w:t>
            </w:r>
          </w:p>
        </w:tc>
        <w:tc>
          <w:tcPr>
            <w:tcW w:type="dxa" w:w="44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5478"/>
      </w:tblGrid>
      <w:tr>
        <w:tc>
          <w:tcPr>
            <w:tcW w:type="dxa" w:w="154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Plan aus Gefährdungsbeurteilungen, Prüffristen, Unterweisungsanlässen, arbeitsmedizinischer Vorsorge, ASA-Terminen und offenen Maßnahmen ableiten. Betriebliche sowie trägerspezifische Vorgaben ergänzen.</w:t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§§ 3, 5, 6 und 12; BetrSichV §§ 3 und 14; ArbMedVV; DGUV Vorschrift 2.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477"/>
      <w:jc w:val="center"/>
      <w:tblLayout w:type="fixed"/>
      <w:tblLook w:firstColumn="1" w:firstRow="1" w:lastColumn="0" w:lastRow="0" w:noHBand="0" w:noVBand="1" w:val="04A0"/>
    </w:tblPr>
    <w:tblGrid>
      <w:gridCol w:w="7739"/>
      <w:gridCol w:w="7739"/>
    </w:tblGrid>
    <w:tr>
      <w:tc>
        <w:tcPr>
          <w:tcW w:type="dxa" w:w="737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8107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5478"/>
      <w:tblLayout w:type="fixed"/>
      <w:tblLook w:firstColumn="1" w:firstRow="1" w:lastColumn="0" w:lastRow="0" w:noHBand="0" w:noVBand="1" w:val="04A0"/>
    </w:tblPr>
    <w:tblGrid>
      <w:gridCol w:w="11850"/>
      <w:gridCol w:w="3628"/>
    </w:tblGrid>
    <w:tr>
      <w:tc>
        <w:tcPr>
          <w:tcW w:type="dxa" w:w="11850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Arbeitsschutz-Jahresplan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Wiederkehrende Aufgaben planen und wirksam nachverfolgen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Arbeitsschutz-Jahresplan</dc:title>
  <dc:subject>Wiederkehrende Aufgaben planen und wirksam nachverfolgen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