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Gebäude</w:t>
              <w:br/>
            </w:r>
          </w:p>
        </w:tc>
      </w:tr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Kontrollierende Person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Kontrolldatum / nächste Kontrolle</w:t>
              <w:br/>
            </w:r>
          </w:p>
        </w:tc>
      </w:tr>
    </w:tbl>
    <w:p>
      <w:pPr>
        <w:spacing w:after="0"/>
      </w:pP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15478"/>
      </w:tblGrid>
      <w:tr>
        <w:tc>
          <w:tcPr>
            <w:tcW w:type="dxa" w:w="154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Art, Menge und Aufbewahrungsorte des Erste-Hilfe-Materials aus Betriebsgröße, Gefährdungen, räumlicher Ausdehnung, Schichtbelegung und betrieblichem Rettungswesen ableiten. Die Vorlage ersetzt diese Gefährdungsbeurteilung nicht.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Standortübersicht</w:t>
      </w:r>
    </w:p>
    <w:tbl>
      <w:tblPr>
        <w:tblW w:type="dxa" w:w="15475"/>
        <w:jc w:val="center"/>
        <w:tblLayout w:type="fixed"/>
        <w:tblLook w:firstColumn="1" w:firstRow="1" w:lastColumn="0" w:lastRow="0" w:noHBand="0" w:noVBand="1" w:val="04A0"/>
      </w:tblPr>
      <w:tblGrid>
        <w:gridCol w:w="2211"/>
        <w:gridCol w:w="2211"/>
        <w:gridCol w:w="2211"/>
        <w:gridCol w:w="2211"/>
        <w:gridCol w:w="2211"/>
        <w:gridCol w:w="2211"/>
        <w:gridCol w:w="2211"/>
      </w:tblGrid>
      <w:tr>
        <w:trPr>
          <w:trHeight w:val="454" w:hRule="atLeast"/>
          <w:tblHeader w:val="true"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Nr.</w:t>
            </w:r>
          </w:p>
        </w:tc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Standort / Kennzeichnung</w:t>
            </w:r>
          </w:p>
        </w:tc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Ausstattung / betriebliche Festlegung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zugänglich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vollständig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ohne Mängel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Termin</w:t>
            </w:r>
          </w:p>
        </w:tc>
      </w:tr>
      <w:tr>
        <w:trPr>
          <w:trHeight w:val="45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45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  <w:pageBreakBefore/>
      </w:pPr>
      <w:r>
        <w:t>2. Kontrollumfang</w:t>
      </w:r>
    </w:p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3096"/>
        <w:gridCol w:w="3096"/>
        <w:gridCol w:w="3096"/>
        <w:gridCol w:w="3096"/>
      </w:tblGrid>
      <w:tr>
        <w:trPr>
          <w:trHeight w:val="454" w:hRule="atLeast"/>
          <w:tblHeader w:val="true"/>
        </w:trPr>
        <w:tc>
          <w:tcPr>
            <w:tcW w:type="dxa" w:w="76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i.O.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n.i.O.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entfällt</w:t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Feststellung / Maßnahme</w:t>
            </w:r>
          </w:p>
        </w:tc>
      </w:tr>
      <w:tr>
        <w:trPr>
          <w:trHeight w:val="442" w:hRule="atLeast"/>
          <w:cantSplit/>
        </w:trPr>
        <w:tc>
          <w:tcPr>
            <w:tcW w:type="dxa" w:w="76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Aufbewahrungsort sichtbar gekennzeichnet und schnell erreichbar</w:t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76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Behältnis sauber, trocken, unbeschädigt und leicht zu öffnen</w:t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76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Bestand entsprechend der festgelegten Ausstattung vollständig</w:t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76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Verbrauchtes, beschädigtes oder verunreinigtes Material ersetzt</w:t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76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Ablauf- beziehungsweise Verwendbarkeitsdaten kontrolliert</w:t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42" w:hRule="atLeast"/>
          <w:cantSplit/>
        </w:trPr>
        <w:tc>
          <w:tcPr>
            <w:tcW w:type="dxa" w:w="76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Meldeeinrichtung und Notrufinformationen funktionsfähig / aktuell</w:t>
            </w:r>
          </w:p>
        </w:tc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385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3. Zusätzliche Mittel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rPr>
          <w:trHeight w:val="454" w:hRule="atLeast"/>
          <w:tblHeader w:val="true"/>
        </w:trPr>
        <w:tc>
          <w:tcPr>
            <w:tcW w:type="dxa" w:w="57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Zusätzliche Einrichtung / Mittel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vorhanden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einsatzbereit</w:t>
            </w:r>
          </w:p>
        </w:tc>
        <w:tc>
          <w:tcPr>
            <w:tcW w:type="dxa" w:w="606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Standort / Feststellung</w:t>
            </w:r>
          </w:p>
        </w:tc>
      </w:tr>
      <w:tr>
        <w:trPr>
          <w:trHeight w:val="454" w:hRule="atLeast"/>
          <w:cantSplit/>
        </w:trPr>
        <w:tc>
          <w:tcPr>
            <w:tcW w:type="dxa" w:w="57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Augenspüleinrichtung, soweit erforderlich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06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57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AED, Rettungsgerät oder besondere Ausstattung, soweit festgelegt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06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578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Material für Außendienst / Fahrzeuge und weitere Mittel aus der Gefährdungsbeurteilung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06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4. Nachbestellung und Abschluss</w:t>
      </w:r>
    </w:p>
    <w:tbl>
      <w:tblPr>
        <w:tblW w:type="dxa" w:w="15476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3096"/>
        <w:gridCol w:w="3096"/>
        <w:gridCol w:w="3096"/>
        <w:gridCol w:w="3096"/>
      </w:tblGrid>
      <w:tr>
        <w:trPr>
          <w:trHeight w:val="454" w:hRule="atLeast"/>
          <w:tblHeader w:val="true"/>
        </w:trPr>
        <w:tc>
          <w:tcPr>
            <w:tcW w:type="dxa" w:w="532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Fehlendes / auszutauschendes Material</w:t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Menge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Erledigt am</w:t>
            </w:r>
          </w:p>
        </w:tc>
      </w:tr>
      <w:tr>
        <w:trPr>
          <w:trHeight w:val="482" w:hRule="atLeast"/>
          <w:cantSplit/>
        </w:trPr>
        <w:tc>
          <w:tcPr>
            <w:tcW w:type="dxa" w:w="532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32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32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32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82" w:hRule="atLeast"/>
          <w:cantSplit/>
        </w:trPr>
        <w:tc>
          <w:tcPr>
            <w:tcW w:type="dxa" w:w="532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5. Gesamtstatus</w:t>
      </w: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5159"/>
        <w:gridCol w:w="5159"/>
        <w:gridCol w:w="5159"/>
      </w:tblGrid>
      <w:tr>
        <w:trPr>
          <w:trHeight w:val="454" w:hRule="atLeast"/>
          <w:tblHeader w:val="true"/>
        </w:trPr>
        <w:tc>
          <w:tcPr>
            <w:tcW w:type="dxa" w:w="82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Bewertung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zutreffend</w:t>
            </w:r>
          </w:p>
        </w:tc>
        <w:tc>
          <w:tcPr>
            <w:tcW w:type="dxa" w:w="544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Festlegung</w:t>
            </w:r>
          </w:p>
        </w:tc>
      </w:tr>
      <w:tr>
        <w:trPr>
          <w:trHeight w:val="454" w:hRule="atLeast"/>
          <w:cantSplit/>
        </w:trPr>
        <w:tc>
          <w:tcPr>
            <w:tcW w:type="dxa" w:w="82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Alle kontrollierten Standorte sind einsatzbereit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44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82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Nachfüllung oder Austausch ist erforderlich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44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82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Ein Standort ist bis zur Wiederherstellung besonders zu kennzeichnen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44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Kontrolle abgeschlossen / Weitergabe an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Unterschrift / nächste Kontrolle</w:t>
              <w:br/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 10; DGUV Vorschrift 1 §§ 24 und 25; ASR A4.3. Konkrete Ausstattung und Kontrollintervalle betrieblich festlegen.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477"/>
      <w:jc w:val="center"/>
      <w:tblLayout w:type="fixed"/>
      <w:tblLook w:firstColumn="1" w:firstRow="1" w:lastColumn="0" w:lastRow="0" w:noHBand="0" w:noVBand="1" w:val="04A0"/>
    </w:tblPr>
    <w:tblGrid>
      <w:gridCol w:w="7739"/>
      <w:gridCol w:w="7739"/>
    </w:tblGrid>
    <w:tr>
      <w:tc>
        <w:tcPr>
          <w:tcW w:type="dxa" w:w="737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8107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5478"/>
      <w:tblLayout w:type="fixed"/>
      <w:tblLook w:firstColumn="1" w:firstRow="1" w:lastColumn="0" w:lastRow="0" w:noHBand="0" w:noVBand="1" w:val="04A0"/>
    </w:tblPr>
    <w:tblGrid>
      <w:gridCol w:w="11850"/>
      <w:gridCol w:w="3628"/>
    </w:tblGrid>
    <w:tr>
      <w:tc>
        <w:tcPr>
          <w:tcW w:type="dxa" w:w="11850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Kontrolle der Erste-Hilfe-Ausstattung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Standorte, Zugänglichkeit und Einsatzbereitschaft regelmäßig prüfen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Kontrolle der Erste-Hilfe-Ausstattung</dc:title>
  <dc:subject>Standorte, Zugänglichkeit und Einsatzbereitschaft regelmäßig prüfen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