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5478"/>
        <w:jc w:val="center"/>
        <w:tblLayout w:type="fixed"/>
        <w:tblLook w:firstColumn="1" w:firstRow="1" w:lastColumn="0" w:lastRow="0" w:noHBand="0" w:noVBand="1" w:val="04A0"/>
      </w:tblPr>
      <w:tblGrid>
        <w:gridCol w:w="7739"/>
        <w:gridCol w:w="7739"/>
      </w:tblGrid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Standort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Verantwortliche Stelle</w:t>
              <w:br/>
            </w:r>
          </w:p>
        </w:tc>
      </w:tr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Erstellt durch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Stand / Revision</w:t>
              <w:br/>
            </w:r>
          </w:p>
        </w:tc>
      </w:tr>
    </w:tbl>
    <w:p>
      <w:pPr>
        <w:spacing w:after="0"/>
      </w:pPr>
    </w:p>
    <w:tbl>
      <w:tblPr>
        <w:tblW w:type="dxa" w:w="15477"/>
        <w:jc w:val="center"/>
        <w:tblLayout w:type="fixed"/>
        <w:tblLook w:firstColumn="1" w:firstRow="1" w:lastColumn="0" w:lastRow="0" w:noHBand="0" w:noVBand="1" w:val="04A0"/>
      </w:tblPr>
      <w:tblGrid>
        <w:gridCol w:w="15478"/>
      </w:tblGrid>
      <w:tr>
        <w:tc>
          <w:tcPr>
            <w:tcW w:type="dxa" w:w="154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Das Verzeichnis muss mindestens Stoffbezeichnung, Einstufung beziehungsweise gefährliche Eigenschaften, Mengenbereich, exponierte Arbeitsbereiche und Verweis auf das Sicherheitsdatenblatt enthalten. Tätigkeiten mit geringer Gefährdung sind gesondert zu beurteilen.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Verzeichnis</w:t>
      </w:r>
    </w:p>
    <w:tbl>
      <w:tblPr>
        <w:tblW w:type="dxa" w:w="15478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  <w:gridCol w:w="1720"/>
        <w:gridCol w:w="1720"/>
        <w:gridCol w:w="1720"/>
      </w:tblGrid>
      <w:tr>
        <w:trPr>
          <w:trHeight w:val="454" w:hRule="atLeast"/>
          <w:tblHeader w:val="true"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Nr.</w:t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Produkt / Gefahrstoff</w:t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Hersteller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Einstufung / H-Sätze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Mengenbereich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Arbeitsbereich / Tätigkeit</w:t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SDB Stand / Ablage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GBU / BA</w:t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Substitution / Status</w:t>
            </w:r>
          </w:p>
        </w:tc>
      </w:tr>
      <w:tr>
        <w:trPr>
          <w:trHeight w:val="567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Fortsetzung Gefahrstoffverzeichnis</w:t>
      </w:r>
    </w:p>
    <w:tbl>
      <w:tblPr>
        <w:tblW w:type="dxa" w:w="15478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  <w:gridCol w:w="1720"/>
        <w:gridCol w:w="1720"/>
        <w:gridCol w:w="1720"/>
      </w:tblGrid>
      <w:tr>
        <w:trPr>
          <w:trHeight w:val="454" w:hRule="atLeast"/>
          <w:tblHeader w:val="true"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Nr.</w:t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Produkt / Gefahrstoff</w:t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Hersteller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Einstufung / H-Sätze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Mengenbereich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Arbeitsbereich / Tätigkeit</w:t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SDB Stand / Ablage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GBU / BA</w:t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Substitution / Status</w:t>
            </w:r>
          </w:p>
        </w:tc>
      </w:tr>
      <w:tr>
        <w:trPr>
          <w:trHeight w:val="567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Organisatorische Prüfung</w:t>
      </w:r>
    </w:p>
    <w:tbl>
      <w:tblPr>
        <w:tblW w:type="dxa" w:w="15477"/>
        <w:jc w:val="center"/>
        <w:tblLayout w:type="fixed"/>
        <w:tblLook w:firstColumn="1" w:firstRow="1" w:lastColumn="0" w:lastRow="0" w:noHBand="0" w:noVBand="1" w:val="04A0"/>
      </w:tblPr>
      <w:tblGrid>
        <w:gridCol w:w="3869"/>
        <w:gridCol w:w="3869"/>
        <w:gridCol w:w="3869"/>
        <w:gridCol w:w="3869"/>
      </w:tblGrid>
      <w:tr>
        <w:trPr>
          <w:trHeight w:val="454" w:hRule="atLeast"/>
          <w:tblHeader w:val="true"/>
        </w:trPr>
        <w:tc>
          <w:tcPr>
            <w:tcW w:type="dxa" w:w="70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Prüfpunkt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erledigt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</w:t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Termin / Nachweis</w:t>
            </w:r>
          </w:p>
        </w:tc>
      </w:tr>
      <w:tr>
        <w:trPr>
          <w:trHeight w:val="454" w:hRule="atLeast"/>
          <w:cantSplit/>
        </w:trPr>
        <w:tc>
          <w:tcPr>
            <w:tcW w:type="dxa" w:w="70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Sicherheitsdatenblätter aktuell und zugänglich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70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Gefährdungsbeurteilungen, Substitution und Vorsorge geprüft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70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Betriebsanweisungen und Unterweisungen aktuell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70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Lagerung, Kennzeichnung und Zusammenlagerung geprüft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5477"/>
      <w:jc w:val="center"/>
      <w:tblLayout w:type="fixed"/>
      <w:tblLook w:firstColumn="1" w:firstRow="1" w:lastColumn="0" w:lastRow="0" w:noHBand="0" w:noVBand="1" w:val="04A0"/>
    </w:tblPr>
    <w:tblGrid>
      <w:gridCol w:w="7739"/>
      <w:gridCol w:w="7739"/>
    </w:tblGrid>
    <w:tr>
      <w:tc>
        <w:tcPr>
          <w:tcW w:type="dxa" w:w="7370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8107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5478"/>
      <w:tblLayout w:type="fixed"/>
      <w:tblLook w:firstColumn="1" w:firstRow="1" w:lastColumn="0" w:lastRow="0" w:noHBand="0" w:noVBand="1" w:val="04A0"/>
    </w:tblPr>
    <w:tblGrid>
      <w:gridCol w:w="11850"/>
      <w:gridCol w:w="3628"/>
    </w:tblGrid>
    <w:tr>
      <w:tc>
        <w:tcPr>
          <w:tcW w:type="dxa" w:w="11850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Gefahrstoffverzeichnis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Gefahrstoffe, Einstufung, Mengenbereiche und Arbeitsbereiche systematisch erfassen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Gefahrstoffverzeichnis</dc:title>
  <dc:subject>Gefahrstoffe, Einstufung, Mengenbereiche und Arbeitsbereiche systematisch erfassen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