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Ausgangsdokument / Begehung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Erstellt durch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Revision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Eine Maßnahme erst als erledigt kennzeichnen, wenn Umsetzung und Wirksamkeit nachgewiesen sind. Bei unmittelbarer erheblicher Gefährdung unverzüglich geeignete Sofortmaßnahmen treffen.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Offene und erledigte Maßnahmen</w:t>
      </w:r>
    </w:p>
    <w:tbl>
      <w:tblPr>
        <w:tblW w:type="dxa" w:w="15476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Bereich / Fundstelle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Gefährdung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</w:t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Priorität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Wirksamkeit / Nachweis</w:t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Fortsetzung Maßnahmenplan</w:t>
      </w:r>
    </w:p>
    <w:tbl>
      <w:tblPr>
        <w:tblW w:type="dxa" w:w="15476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Bereich / Fundstelle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Gefährdung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</w:t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Priorität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Wirksamkeit / Nachweis</w:t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Geprüft durch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Unterschrift Wirksamkeitskontrolle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§§ 3, 5 und 6; jeweilige Quelle der Feststellung oder Gefährdungsbeurteilung ergänzen.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Maßnahmenplan Arbeitsschutz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Feststellungen, Prioritäten, Verantwortlichkeiten und Wirksamkeit verfolgen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Maßnahmenplan Arbeitsschutz</dc:title>
  <dc:subject>Feststellungen, Prioritäten, Verantwortlichkeiten und Wirksamkeit verfolgen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